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E27E18" w14:textId="77777777" w:rsidR="00376A64" w:rsidRDefault="00261F9A">
      <w:pPr>
        <w:pStyle w:val="Title"/>
      </w:pPr>
      <w:r>
        <w:t>Leconfield Parish Council</w:t>
      </w:r>
    </w:p>
    <w:p w14:paraId="5A0C309D" w14:textId="77777777" w:rsidR="00376A64" w:rsidRDefault="00261F9A">
      <w:pPr>
        <w:pStyle w:val="Heading1"/>
      </w:pPr>
      <w:r>
        <w:t>Fire Safety Policy</w:t>
      </w:r>
    </w:p>
    <w:p w14:paraId="20B1E555" w14:textId="77777777" w:rsidR="00376A64" w:rsidRDefault="00261F9A">
      <w:pPr>
        <w:pStyle w:val="Heading2"/>
      </w:pPr>
      <w:r>
        <w:t>For the Village Hall and Recreation Club</w:t>
      </w:r>
    </w:p>
    <w:p w14:paraId="63B7AFBD" w14:textId="4A4CA88D" w:rsidR="00376A64" w:rsidRDefault="00261F9A">
      <w:r>
        <w:t xml:space="preserve">Date Adopted: </w:t>
      </w:r>
      <w:r w:rsidR="006B4989">
        <w:t>4</w:t>
      </w:r>
      <w:r w:rsidR="006B4989" w:rsidRPr="006B4989">
        <w:rPr>
          <w:vertAlign w:val="superscript"/>
        </w:rPr>
        <w:t>th</w:t>
      </w:r>
      <w:r w:rsidR="006B4989">
        <w:t xml:space="preserve"> August 2025</w:t>
      </w:r>
    </w:p>
    <w:p w14:paraId="18DDD8E7" w14:textId="55EAF73C" w:rsidR="00376A64" w:rsidRDefault="00261F9A">
      <w:r>
        <w:t xml:space="preserve">Review Date: </w:t>
      </w:r>
      <w:r w:rsidR="006B4989">
        <w:t>4</w:t>
      </w:r>
      <w:r w:rsidR="006B4989" w:rsidRPr="006B4989">
        <w:rPr>
          <w:vertAlign w:val="superscript"/>
        </w:rPr>
        <w:t>th</w:t>
      </w:r>
      <w:r w:rsidR="006B4989">
        <w:t xml:space="preserve"> August 2026</w:t>
      </w:r>
    </w:p>
    <w:p w14:paraId="11D6D755" w14:textId="77777777" w:rsidR="00376A64" w:rsidRDefault="00261F9A">
      <w:r>
        <w:t>Responsible Officer: Parish Clerk / Fire Safety Officer</w:t>
      </w:r>
    </w:p>
    <w:p w14:paraId="7A0FA14E" w14:textId="77777777" w:rsidR="00376A64" w:rsidRDefault="00261F9A">
      <w:pPr>
        <w:pStyle w:val="Heading2"/>
      </w:pPr>
      <w:r>
        <w:t>1. Policy Statement</w:t>
      </w:r>
    </w:p>
    <w:p w14:paraId="44AC2DD7" w14:textId="77777777" w:rsidR="00376A64" w:rsidRDefault="00261F9A">
      <w:r>
        <w:t>Leconfield Parish Council is committed to ensuring the safety of all users, staff, volunteers, and visitors to the Village Hall and Recreation Club by minimizing the risk of fire and ensuring safe evacuation in the event of an emergency.</w:t>
      </w:r>
    </w:p>
    <w:p w14:paraId="1C67585D" w14:textId="77777777" w:rsidR="00376A64" w:rsidRDefault="00261F9A">
      <w:pPr>
        <w:pStyle w:val="Heading2"/>
      </w:pPr>
      <w:r>
        <w:t>2. Objectives</w:t>
      </w:r>
    </w:p>
    <w:p w14:paraId="43B5B7A9" w14:textId="6A955DB1" w:rsidR="00376A64" w:rsidRDefault="00261F9A" w:rsidP="00A4039C">
      <w:pPr>
        <w:pStyle w:val="ListBullet"/>
        <w:numPr>
          <w:ilvl w:val="0"/>
          <w:numId w:val="17"/>
        </w:numPr>
      </w:pPr>
      <w:r>
        <w:t>Prevent the outbreak of fire through good housekeeping and maintenance.</w:t>
      </w:r>
    </w:p>
    <w:p w14:paraId="2D539A00" w14:textId="29301482" w:rsidR="00376A64" w:rsidRDefault="00261F9A" w:rsidP="00A4039C">
      <w:pPr>
        <w:pStyle w:val="ListBullet"/>
        <w:numPr>
          <w:ilvl w:val="0"/>
          <w:numId w:val="17"/>
        </w:numPr>
      </w:pPr>
      <w:r>
        <w:t>Ensure early detection and warning in case of fire.</w:t>
      </w:r>
    </w:p>
    <w:p w14:paraId="7B47B00A" w14:textId="03CD7467" w:rsidR="00376A64" w:rsidRDefault="00261F9A" w:rsidP="00A4039C">
      <w:pPr>
        <w:pStyle w:val="ListBullet"/>
        <w:numPr>
          <w:ilvl w:val="0"/>
          <w:numId w:val="17"/>
        </w:numPr>
      </w:pPr>
      <w:r>
        <w:t>Provide safe means of escape for all occupants.</w:t>
      </w:r>
    </w:p>
    <w:p w14:paraId="083958C3" w14:textId="59FFBE7F" w:rsidR="00376A64" w:rsidRDefault="00261F9A" w:rsidP="00A4039C">
      <w:pPr>
        <w:pStyle w:val="ListBullet"/>
        <w:numPr>
          <w:ilvl w:val="0"/>
          <w:numId w:val="17"/>
        </w:numPr>
      </w:pPr>
      <w:r>
        <w:t>Ensure appropriate training for staff and volunteers.</w:t>
      </w:r>
    </w:p>
    <w:p w14:paraId="1B0EDE53" w14:textId="707802DD" w:rsidR="00376A64" w:rsidRDefault="00261F9A" w:rsidP="00A4039C">
      <w:pPr>
        <w:pStyle w:val="ListBullet"/>
        <w:numPr>
          <w:ilvl w:val="0"/>
          <w:numId w:val="17"/>
        </w:numPr>
      </w:pPr>
      <w:r>
        <w:t>Maintain firefighting equipment and fire detection systems.</w:t>
      </w:r>
    </w:p>
    <w:p w14:paraId="2473D372" w14:textId="77777777" w:rsidR="00376A64" w:rsidRDefault="00261F9A">
      <w:pPr>
        <w:pStyle w:val="Heading2"/>
      </w:pPr>
      <w:r>
        <w:t>3. Scope</w:t>
      </w:r>
    </w:p>
    <w:p w14:paraId="0A838639" w14:textId="77777777" w:rsidR="00376A64" w:rsidRDefault="00261F9A">
      <w:r>
        <w:t>This policy applies to all individuals using or working within:</w:t>
      </w:r>
    </w:p>
    <w:p w14:paraId="72C0E8F5" w14:textId="36B7DFCD" w:rsidR="00376A64" w:rsidRDefault="00261F9A" w:rsidP="00A4039C">
      <w:pPr>
        <w:pStyle w:val="ListBullet"/>
        <w:numPr>
          <w:ilvl w:val="0"/>
          <w:numId w:val="16"/>
        </w:numPr>
      </w:pPr>
      <w:r>
        <w:t>Leconfield Village Hall</w:t>
      </w:r>
    </w:p>
    <w:p w14:paraId="6DB5FE4E" w14:textId="0491FE2B" w:rsidR="00376A64" w:rsidRDefault="00261F9A" w:rsidP="00A4039C">
      <w:pPr>
        <w:pStyle w:val="ListBullet"/>
        <w:numPr>
          <w:ilvl w:val="0"/>
          <w:numId w:val="16"/>
        </w:numPr>
      </w:pPr>
      <w:r>
        <w:t>Leconfield Recreation Club</w:t>
      </w:r>
    </w:p>
    <w:p w14:paraId="79E9E78D" w14:textId="77777777" w:rsidR="00376A64" w:rsidRDefault="00261F9A">
      <w:r>
        <w:t>Including during public events, private bookings, and community activities.</w:t>
      </w:r>
    </w:p>
    <w:p w14:paraId="1D64F7BF" w14:textId="77777777" w:rsidR="00376A64" w:rsidRDefault="00261F9A">
      <w:pPr>
        <w:pStyle w:val="Heading2"/>
      </w:pPr>
      <w:r>
        <w:t>4. Fire Risk Assessment</w:t>
      </w:r>
    </w:p>
    <w:p w14:paraId="4581270A" w14:textId="27172D5F" w:rsidR="00376A64" w:rsidRDefault="00261F9A" w:rsidP="00A4039C">
      <w:pPr>
        <w:pStyle w:val="ListBullet"/>
        <w:numPr>
          <w:ilvl w:val="0"/>
          <w:numId w:val="15"/>
        </w:numPr>
      </w:pPr>
      <w:r>
        <w:t>A fire risk assessment will be conducted annually by a competent person.</w:t>
      </w:r>
    </w:p>
    <w:p w14:paraId="06C37D82" w14:textId="05005D85" w:rsidR="00376A64" w:rsidRDefault="00261F9A" w:rsidP="00A4039C">
      <w:pPr>
        <w:pStyle w:val="ListBullet"/>
        <w:numPr>
          <w:ilvl w:val="0"/>
          <w:numId w:val="15"/>
        </w:numPr>
      </w:pPr>
      <w:r>
        <w:t>The assessment will be reviewed and updated if there are any significant changes to the premises, equipment, or activities, or following a fire incident or near-miss.</w:t>
      </w:r>
    </w:p>
    <w:p w14:paraId="14B293A9" w14:textId="53C5EDC7" w:rsidR="00376A64" w:rsidRDefault="00261F9A" w:rsidP="00A4039C">
      <w:pPr>
        <w:pStyle w:val="ListBullet"/>
        <w:numPr>
          <w:ilvl w:val="0"/>
          <w:numId w:val="15"/>
        </w:numPr>
      </w:pPr>
      <w:r>
        <w:t>A written record of all assessments and reviews will be maintained.</w:t>
      </w:r>
    </w:p>
    <w:p w14:paraId="21D76D0C" w14:textId="77777777" w:rsidR="00376A64" w:rsidRDefault="00261F9A">
      <w:pPr>
        <w:pStyle w:val="Heading2"/>
      </w:pPr>
      <w:r>
        <w:t>5. Fire Prevention Measures</w:t>
      </w:r>
    </w:p>
    <w:p w14:paraId="607F371B" w14:textId="3BBE3BF0" w:rsidR="00376A64" w:rsidRDefault="00261F9A" w:rsidP="00A4039C">
      <w:pPr>
        <w:pStyle w:val="ListBullet"/>
        <w:numPr>
          <w:ilvl w:val="0"/>
          <w:numId w:val="14"/>
        </w:numPr>
      </w:pPr>
      <w:r>
        <w:t>Electrical Safety: All electrical equipment must be PAT tested annually.</w:t>
      </w:r>
    </w:p>
    <w:p w14:paraId="0B71E72B" w14:textId="18E667CA" w:rsidR="00376A64" w:rsidRDefault="00261F9A" w:rsidP="00A4039C">
      <w:pPr>
        <w:pStyle w:val="ListBullet"/>
        <w:numPr>
          <w:ilvl w:val="0"/>
          <w:numId w:val="14"/>
        </w:numPr>
      </w:pPr>
      <w:r>
        <w:t>Heating Systems: Regular maintenance and servicing.</w:t>
      </w:r>
    </w:p>
    <w:p w14:paraId="2BBE26BA" w14:textId="5A2FC4BB" w:rsidR="00376A64" w:rsidRDefault="00261F9A" w:rsidP="00A4039C">
      <w:pPr>
        <w:pStyle w:val="ListBullet"/>
        <w:numPr>
          <w:ilvl w:val="0"/>
          <w:numId w:val="14"/>
        </w:numPr>
      </w:pPr>
      <w:r>
        <w:t>No Smoking Policy: Smoking is strictly prohibited within the buildings.</w:t>
      </w:r>
    </w:p>
    <w:p w14:paraId="38E079B3" w14:textId="5BC50868" w:rsidR="00376A64" w:rsidRDefault="00261F9A" w:rsidP="00A4039C">
      <w:pPr>
        <w:pStyle w:val="ListBullet"/>
        <w:numPr>
          <w:ilvl w:val="0"/>
          <w:numId w:val="14"/>
        </w:numPr>
      </w:pPr>
      <w:r>
        <w:t>Storage: Flammable materials will be stored appropriately.</w:t>
      </w:r>
    </w:p>
    <w:p w14:paraId="16A9907C" w14:textId="2CD59AAC" w:rsidR="00376A64" w:rsidRDefault="00261F9A" w:rsidP="00A4039C">
      <w:pPr>
        <w:pStyle w:val="ListBullet"/>
        <w:numPr>
          <w:ilvl w:val="0"/>
          <w:numId w:val="14"/>
        </w:numPr>
      </w:pPr>
      <w:r>
        <w:lastRenderedPageBreak/>
        <w:t xml:space="preserve">Housekeeping: Corridors and exits must be </w:t>
      </w:r>
      <w:proofErr w:type="gramStart"/>
      <w:r>
        <w:t>kept clear at all times</w:t>
      </w:r>
      <w:proofErr w:type="gramEnd"/>
      <w:r>
        <w:t>.</w:t>
      </w:r>
    </w:p>
    <w:p w14:paraId="0218B154" w14:textId="77777777" w:rsidR="00376A64" w:rsidRDefault="00261F9A">
      <w:pPr>
        <w:pStyle w:val="Heading2"/>
      </w:pPr>
      <w:r>
        <w:t>6. Fire Detection and Alarm Systems</w:t>
      </w:r>
    </w:p>
    <w:p w14:paraId="0857938C" w14:textId="7E1BA4E9" w:rsidR="00376A64" w:rsidRDefault="00261F9A" w:rsidP="00A4039C">
      <w:pPr>
        <w:pStyle w:val="ListBullet"/>
        <w:numPr>
          <w:ilvl w:val="0"/>
          <w:numId w:val="13"/>
        </w:numPr>
      </w:pPr>
      <w:r>
        <w:t>Smoke and heat detectors are installed and tested monthly.</w:t>
      </w:r>
    </w:p>
    <w:p w14:paraId="22C425E6" w14:textId="5F1C27F5" w:rsidR="00376A64" w:rsidRDefault="00261F9A" w:rsidP="00A4039C">
      <w:pPr>
        <w:pStyle w:val="ListBullet"/>
        <w:numPr>
          <w:ilvl w:val="0"/>
          <w:numId w:val="13"/>
        </w:numPr>
      </w:pPr>
      <w:r>
        <w:t>Fire alarms are tested weekly by the designated Fire Warden or Clerk.</w:t>
      </w:r>
    </w:p>
    <w:p w14:paraId="59EEB053" w14:textId="6A0915E2" w:rsidR="00376A64" w:rsidRDefault="00261F9A" w:rsidP="00A4039C">
      <w:pPr>
        <w:pStyle w:val="ListBullet"/>
        <w:numPr>
          <w:ilvl w:val="0"/>
          <w:numId w:val="13"/>
        </w:numPr>
      </w:pPr>
      <w:r>
        <w:t>Systems are serviced by qualified engineers at least annually.</w:t>
      </w:r>
    </w:p>
    <w:p w14:paraId="34EF518F" w14:textId="77777777" w:rsidR="00376A64" w:rsidRDefault="00261F9A">
      <w:pPr>
        <w:pStyle w:val="Heading2"/>
      </w:pPr>
      <w:r>
        <w:t>7. Firefighting Equipment</w:t>
      </w:r>
    </w:p>
    <w:p w14:paraId="5C189E3C" w14:textId="0F1A9781" w:rsidR="00376A64" w:rsidRDefault="00261F9A" w:rsidP="00A4039C">
      <w:pPr>
        <w:pStyle w:val="ListBullet"/>
        <w:numPr>
          <w:ilvl w:val="0"/>
          <w:numId w:val="12"/>
        </w:numPr>
      </w:pPr>
      <w:r>
        <w:t>Fire extinguishers (CO₂, foam, water) and fire blankets are placed in key areas.</w:t>
      </w:r>
    </w:p>
    <w:p w14:paraId="377B41FC" w14:textId="5F4DBAFF" w:rsidR="00376A64" w:rsidRDefault="00261F9A" w:rsidP="00A4039C">
      <w:pPr>
        <w:pStyle w:val="ListBullet"/>
        <w:numPr>
          <w:ilvl w:val="0"/>
          <w:numId w:val="12"/>
        </w:numPr>
      </w:pPr>
      <w:r>
        <w:t>Equipment is inspected monthly and serviced annually by an approved contractor.</w:t>
      </w:r>
    </w:p>
    <w:p w14:paraId="0E9F2064" w14:textId="77777777" w:rsidR="00376A64" w:rsidRDefault="00261F9A">
      <w:pPr>
        <w:pStyle w:val="Heading2"/>
      </w:pPr>
      <w:r>
        <w:t>8. Emergency Exits &amp; Signage</w:t>
      </w:r>
    </w:p>
    <w:p w14:paraId="09AA4684" w14:textId="112508CD" w:rsidR="00376A64" w:rsidRDefault="00261F9A" w:rsidP="00A4039C">
      <w:pPr>
        <w:pStyle w:val="ListBullet"/>
        <w:numPr>
          <w:ilvl w:val="0"/>
          <w:numId w:val="11"/>
        </w:numPr>
      </w:pPr>
      <w:r>
        <w:t>All emergency exits must:</w:t>
      </w:r>
    </w:p>
    <w:p w14:paraId="645FF38B" w14:textId="45CA42B3" w:rsidR="00376A64" w:rsidRDefault="00261F9A" w:rsidP="00A4039C">
      <w:pPr>
        <w:pStyle w:val="ListBullet"/>
        <w:numPr>
          <w:ilvl w:val="0"/>
          <w:numId w:val="11"/>
        </w:numPr>
      </w:pPr>
      <w:r>
        <w:t>Be clearly marked with illuminated signs.</w:t>
      </w:r>
    </w:p>
    <w:p w14:paraId="500F012C" w14:textId="20218997" w:rsidR="00376A64" w:rsidRDefault="00261F9A" w:rsidP="00A4039C">
      <w:pPr>
        <w:pStyle w:val="ListBullet"/>
        <w:numPr>
          <w:ilvl w:val="0"/>
          <w:numId w:val="11"/>
        </w:numPr>
      </w:pPr>
      <w:proofErr w:type="gramStart"/>
      <w:r>
        <w:t>Be free from obstructions at all times</w:t>
      </w:r>
      <w:proofErr w:type="gramEnd"/>
      <w:r>
        <w:t>.</w:t>
      </w:r>
    </w:p>
    <w:p w14:paraId="6AACE17A" w14:textId="5F4295DB" w:rsidR="00376A64" w:rsidRDefault="00261F9A" w:rsidP="00A4039C">
      <w:pPr>
        <w:pStyle w:val="ListBullet"/>
        <w:numPr>
          <w:ilvl w:val="0"/>
          <w:numId w:val="11"/>
        </w:numPr>
      </w:pPr>
      <w:r>
        <w:t>Emergency lighting is installed and tested monthly.</w:t>
      </w:r>
    </w:p>
    <w:p w14:paraId="05530620" w14:textId="77777777" w:rsidR="00376A64" w:rsidRDefault="00261F9A">
      <w:pPr>
        <w:pStyle w:val="Heading2"/>
      </w:pPr>
      <w:r>
        <w:t>9. Evacuation Procedure</w:t>
      </w:r>
    </w:p>
    <w:p w14:paraId="5D1EB651" w14:textId="6B4D879D" w:rsidR="00376A64" w:rsidRDefault="00261F9A" w:rsidP="00A4039C">
      <w:pPr>
        <w:pStyle w:val="ListBullet"/>
        <w:numPr>
          <w:ilvl w:val="0"/>
          <w:numId w:val="10"/>
        </w:numPr>
      </w:pPr>
      <w:r>
        <w:t>On hearing the alarm:</w:t>
      </w:r>
    </w:p>
    <w:p w14:paraId="7E452035" w14:textId="01A217EA" w:rsidR="00376A64" w:rsidRDefault="00261F9A" w:rsidP="00A4039C">
      <w:pPr>
        <w:pStyle w:val="ListBullet"/>
        <w:numPr>
          <w:ilvl w:val="0"/>
          <w:numId w:val="10"/>
        </w:numPr>
      </w:pPr>
      <w:r>
        <w:t>Evacuate immediately using the nearest safe exit.</w:t>
      </w:r>
    </w:p>
    <w:p w14:paraId="3CF188D7" w14:textId="34A76264" w:rsidR="00376A64" w:rsidRDefault="00261F9A" w:rsidP="00A4039C">
      <w:pPr>
        <w:pStyle w:val="ListBullet"/>
        <w:numPr>
          <w:ilvl w:val="0"/>
          <w:numId w:val="10"/>
        </w:numPr>
      </w:pPr>
      <w:r>
        <w:t xml:space="preserve">Do not re-enter the building </w:t>
      </w:r>
      <w:r w:rsidR="00413406">
        <w:t>until it is</w:t>
      </w:r>
      <w:r>
        <w:t xml:space="preserve"> cleared by emergency services.</w:t>
      </w:r>
    </w:p>
    <w:p w14:paraId="191B760D" w14:textId="0FD777F0" w:rsidR="00376A64" w:rsidRPr="00401156" w:rsidRDefault="00261F9A" w:rsidP="00A4039C">
      <w:pPr>
        <w:pStyle w:val="ListBullet"/>
        <w:numPr>
          <w:ilvl w:val="0"/>
          <w:numId w:val="10"/>
        </w:numPr>
      </w:pPr>
      <w:r>
        <w:t xml:space="preserve">Assembly Point: </w:t>
      </w:r>
      <w:r w:rsidRPr="00401156">
        <w:t>Rear car park by recreation fiel</w:t>
      </w:r>
      <w:r w:rsidR="00401156">
        <w:t>d</w:t>
      </w:r>
    </w:p>
    <w:p w14:paraId="4D8C914F" w14:textId="4C3051E5" w:rsidR="00376A64" w:rsidRDefault="00261F9A" w:rsidP="00A4039C">
      <w:pPr>
        <w:pStyle w:val="ListBullet"/>
        <w:numPr>
          <w:ilvl w:val="0"/>
          <w:numId w:val="10"/>
        </w:numPr>
      </w:pPr>
      <w:r>
        <w:t>Fire Wardens will assist evacuation and conduct roll calls if applicable.</w:t>
      </w:r>
    </w:p>
    <w:p w14:paraId="24AF7392" w14:textId="77777777" w:rsidR="00376A64" w:rsidRDefault="00261F9A">
      <w:pPr>
        <w:pStyle w:val="Heading2"/>
      </w:pPr>
      <w:r>
        <w:t>10. Training and Awareness</w:t>
      </w:r>
    </w:p>
    <w:p w14:paraId="479B7569" w14:textId="7E55F9DE" w:rsidR="00403046" w:rsidRDefault="00261F9A" w:rsidP="00B70766">
      <w:pPr>
        <w:pStyle w:val="ListBullet"/>
        <w:numPr>
          <w:ilvl w:val="0"/>
          <w:numId w:val="0"/>
        </w:numPr>
        <w:ind w:left="360" w:hanging="360"/>
      </w:pPr>
      <w:r>
        <w:t>Fire safety training will be provided to:</w:t>
      </w:r>
    </w:p>
    <w:p w14:paraId="3C677C15" w14:textId="31F425AC" w:rsidR="00376A64" w:rsidRDefault="00403046" w:rsidP="00403046">
      <w:pPr>
        <w:pStyle w:val="ListBullet"/>
        <w:numPr>
          <w:ilvl w:val="0"/>
          <w:numId w:val="21"/>
        </w:numPr>
      </w:pPr>
      <w:r>
        <w:t>Parish Council staff</w:t>
      </w:r>
    </w:p>
    <w:p w14:paraId="690FFAFB" w14:textId="42EA1049" w:rsidR="00376A64" w:rsidRDefault="00261F9A" w:rsidP="00403046">
      <w:pPr>
        <w:pStyle w:val="ListBullet"/>
        <w:numPr>
          <w:ilvl w:val="0"/>
          <w:numId w:val="21"/>
        </w:numPr>
      </w:pPr>
      <w:r>
        <w:t>Regular hall users and hirers</w:t>
      </w:r>
    </w:p>
    <w:p w14:paraId="251C68B8" w14:textId="287F9FFB" w:rsidR="00376A64" w:rsidRDefault="00261F9A" w:rsidP="00403046">
      <w:pPr>
        <w:pStyle w:val="ListBullet"/>
        <w:numPr>
          <w:ilvl w:val="0"/>
          <w:numId w:val="21"/>
        </w:numPr>
      </w:pPr>
      <w:r>
        <w:t>Instructions are provided to all one-time users and hirers via a Fire Safety Notice.</w:t>
      </w:r>
    </w:p>
    <w:p w14:paraId="4DEA2625" w14:textId="77777777" w:rsidR="00376A64" w:rsidRDefault="00261F9A">
      <w:pPr>
        <w:pStyle w:val="Heading2"/>
      </w:pPr>
      <w:r>
        <w:t>11. Hirer Responsibilities</w:t>
      </w:r>
    </w:p>
    <w:p w14:paraId="2AC64856" w14:textId="77777777" w:rsidR="00376A64" w:rsidRDefault="00261F9A">
      <w:proofErr w:type="gramStart"/>
      <w:r>
        <w:t>All hall</w:t>
      </w:r>
      <w:proofErr w:type="gramEnd"/>
      <w:r>
        <w:t xml:space="preserve"> </w:t>
      </w:r>
      <w:proofErr w:type="gramStart"/>
      <w:r>
        <w:t>hirers</w:t>
      </w:r>
      <w:proofErr w:type="gramEnd"/>
      <w:r>
        <w:t xml:space="preserve"> are responsible for:</w:t>
      </w:r>
    </w:p>
    <w:p w14:paraId="13D1DE7E" w14:textId="0416F9E7" w:rsidR="00376A64" w:rsidRDefault="00401156" w:rsidP="004563CD">
      <w:pPr>
        <w:pStyle w:val="ListBullet"/>
        <w:numPr>
          <w:ilvl w:val="0"/>
          <w:numId w:val="24"/>
        </w:numPr>
      </w:pPr>
      <w:r>
        <w:t>Familiarizing</w:t>
      </w:r>
      <w:r w:rsidR="00261F9A">
        <w:t xml:space="preserve"> themselves with the fire exits and extinguishers.</w:t>
      </w:r>
    </w:p>
    <w:p w14:paraId="755133AE" w14:textId="3652ED07" w:rsidR="00376A64" w:rsidRDefault="00261F9A" w:rsidP="004563CD">
      <w:pPr>
        <w:pStyle w:val="ListBullet"/>
        <w:numPr>
          <w:ilvl w:val="0"/>
          <w:numId w:val="24"/>
        </w:numPr>
      </w:pPr>
      <w:r>
        <w:t>Ensuring all fire exits are kept clear.</w:t>
      </w:r>
    </w:p>
    <w:p w14:paraId="473884FC" w14:textId="265BFF29" w:rsidR="00376A64" w:rsidRDefault="00261F9A" w:rsidP="004563CD">
      <w:pPr>
        <w:pStyle w:val="ListBullet"/>
        <w:numPr>
          <w:ilvl w:val="0"/>
          <w:numId w:val="24"/>
        </w:numPr>
      </w:pPr>
      <w:r>
        <w:t>Nominating a responsible person during their booking to oversee fire safety.</w:t>
      </w:r>
    </w:p>
    <w:p w14:paraId="5E528B3E" w14:textId="325884AA" w:rsidR="00376A64" w:rsidRDefault="00261F9A" w:rsidP="004563CD">
      <w:pPr>
        <w:pStyle w:val="ListBullet"/>
        <w:numPr>
          <w:ilvl w:val="0"/>
          <w:numId w:val="24"/>
        </w:numPr>
      </w:pPr>
      <w:r>
        <w:t>Reporting any incidents, hazards, or faulty equipment.</w:t>
      </w:r>
    </w:p>
    <w:p w14:paraId="1FB49F3E" w14:textId="77777777" w:rsidR="00376A64" w:rsidRDefault="00261F9A">
      <w:pPr>
        <w:pStyle w:val="Heading2"/>
      </w:pPr>
      <w:r>
        <w:t>12. Record Keeping</w:t>
      </w:r>
    </w:p>
    <w:p w14:paraId="6F4DDF91" w14:textId="77777777" w:rsidR="00376A64" w:rsidRDefault="00261F9A">
      <w:r>
        <w:t>The following will be documented:</w:t>
      </w:r>
    </w:p>
    <w:p w14:paraId="1986B9E9" w14:textId="2F967BCA" w:rsidR="00376A64" w:rsidRDefault="00261F9A" w:rsidP="004563CD">
      <w:pPr>
        <w:pStyle w:val="ListBullet"/>
        <w:numPr>
          <w:ilvl w:val="0"/>
          <w:numId w:val="25"/>
        </w:numPr>
      </w:pPr>
      <w:r>
        <w:t>Fire risk assessments</w:t>
      </w:r>
    </w:p>
    <w:p w14:paraId="6096D96A" w14:textId="677DB675" w:rsidR="00376A64" w:rsidRDefault="00261F9A" w:rsidP="004563CD">
      <w:pPr>
        <w:pStyle w:val="ListBullet"/>
        <w:numPr>
          <w:ilvl w:val="0"/>
          <w:numId w:val="25"/>
        </w:numPr>
      </w:pPr>
      <w:r>
        <w:t>Fire alarm and equipment tests</w:t>
      </w:r>
    </w:p>
    <w:p w14:paraId="161F9313" w14:textId="56819672" w:rsidR="00376A64" w:rsidRDefault="00261F9A" w:rsidP="004563CD">
      <w:pPr>
        <w:pStyle w:val="ListBullet"/>
        <w:numPr>
          <w:ilvl w:val="0"/>
          <w:numId w:val="25"/>
        </w:numPr>
      </w:pPr>
      <w:r>
        <w:t>Training sessions</w:t>
      </w:r>
    </w:p>
    <w:p w14:paraId="5459F207" w14:textId="688E210A" w:rsidR="00376A64" w:rsidRDefault="00261F9A" w:rsidP="004563CD">
      <w:pPr>
        <w:pStyle w:val="ListBullet"/>
        <w:numPr>
          <w:ilvl w:val="0"/>
          <w:numId w:val="25"/>
        </w:numPr>
      </w:pPr>
      <w:r>
        <w:lastRenderedPageBreak/>
        <w:t>Fire drills (minimum annually)</w:t>
      </w:r>
    </w:p>
    <w:p w14:paraId="19A6E43E" w14:textId="77777777" w:rsidR="00376A64" w:rsidRDefault="00261F9A">
      <w:pPr>
        <w:pStyle w:val="Heading2"/>
      </w:pPr>
      <w:r>
        <w:t>13. Policy Review</w:t>
      </w:r>
    </w:p>
    <w:p w14:paraId="328ECF01" w14:textId="77777777" w:rsidR="00376A64" w:rsidRDefault="00261F9A">
      <w:r>
        <w:t>This policy will be reviewed annually or sooner if:</w:t>
      </w:r>
    </w:p>
    <w:p w14:paraId="2BA820D9" w14:textId="5FA04650" w:rsidR="00376A64" w:rsidRDefault="00261F9A" w:rsidP="00E6323F">
      <w:pPr>
        <w:pStyle w:val="ListBullet"/>
        <w:numPr>
          <w:ilvl w:val="0"/>
          <w:numId w:val="26"/>
        </w:numPr>
      </w:pPr>
      <w:r>
        <w:t>Legislative requirements change</w:t>
      </w:r>
    </w:p>
    <w:p w14:paraId="6C00E33F" w14:textId="491BB9F2" w:rsidR="00376A64" w:rsidRDefault="00261F9A" w:rsidP="00E6323F">
      <w:pPr>
        <w:pStyle w:val="ListBullet"/>
        <w:numPr>
          <w:ilvl w:val="0"/>
          <w:numId w:val="26"/>
        </w:numPr>
      </w:pPr>
      <w:r>
        <w:t>Significant changes to the premises occur</w:t>
      </w:r>
    </w:p>
    <w:p w14:paraId="791ACD7C" w14:textId="2DF2ED67" w:rsidR="00376A64" w:rsidRDefault="00261F9A" w:rsidP="00E6323F">
      <w:pPr>
        <w:pStyle w:val="ListBullet"/>
        <w:numPr>
          <w:ilvl w:val="0"/>
          <w:numId w:val="26"/>
        </w:numPr>
      </w:pPr>
      <w:r>
        <w:t>After a fire or near-miss incident</w:t>
      </w:r>
    </w:p>
    <w:p w14:paraId="144A19F1" w14:textId="77777777" w:rsidR="00376A64" w:rsidRDefault="00261F9A">
      <w:r>
        <w:br/>
        <w:t>Signed:</w:t>
      </w:r>
    </w:p>
    <w:p w14:paraId="79D1EAD2" w14:textId="77777777" w:rsidR="00376A64" w:rsidRDefault="00261F9A">
      <w:r>
        <w:t>Chair, Leconfield Parish Council</w:t>
      </w:r>
    </w:p>
    <w:p w14:paraId="052A63F1" w14:textId="24B797F4" w:rsidR="00376A64" w:rsidRDefault="00261F9A">
      <w:r>
        <w:t xml:space="preserve">Date: 01/09/25 </w:t>
      </w:r>
    </w:p>
    <w:p w14:paraId="4648CC86" w14:textId="77777777" w:rsidR="00376A64" w:rsidRDefault="00261F9A">
      <w:r>
        <w:br/>
        <w:t>Clerk to the Council:</w:t>
      </w:r>
    </w:p>
    <w:p w14:paraId="71DAFE74" w14:textId="11C78CF2" w:rsidR="00376A64" w:rsidRDefault="00261F9A">
      <w:r>
        <w:t>Date: 01/09/25</w:t>
      </w:r>
    </w:p>
    <w:sectPr w:rsidR="00376A64"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16F2AB2"/>
    <w:multiLevelType w:val="hybridMultilevel"/>
    <w:tmpl w:val="58E22A5C"/>
    <w:lvl w:ilvl="0" w:tplc="3E2692BE">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4483E0F"/>
    <w:multiLevelType w:val="hybridMultilevel"/>
    <w:tmpl w:val="2DEE93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811DEB"/>
    <w:multiLevelType w:val="hybridMultilevel"/>
    <w:tmpl w:val="D67857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8490050"/>
    <w:multiLevelType w:val="hybridMultilevel"/>
    <w:tmpl w:val="611E23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E075BB1"/>
    <w:multiLevelType w:val="hybridMultilevel"/>
    <w:tmpl w:val="B45E10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0CC09DD"/>
    <w:multiLevelType w:val="hybridMultilevel"/>
    <w:tmpl w:val="2708A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7BE1058"/>
    <w:multiLevelType w:val="hybridMultilevel"/>
    <w:tmpl w:val="4C18C2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99775DC"/>
    <w:multiLevelType w:val="hybridMultilevel"/>
    <w:tmpl w:val="7098FA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DA16BB6"/>
    <w:multiLevelType w:val="hybridMultilevel"/>
    <w:tmpl w:val="0AB89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E2E7BAB"/>
    <w:multiLevelType w:val="hybridMultilevel"/>
    <w:tmpl w:val="62FCB7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ECA71F0"/>
    <w:multiLevelType w:val="hybridMultilevel"/>
    <w:tmpl w:val="86D657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F8B3F06"/>
    <w:multiLevelType w:val="hybridMultilevel"/>
    <w:tmpl w:val="F75E61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67D3BE4"/>
    <w:multiLevelType w:val="hybridMultilevel"/>
    <w:tmpl w:val="F26CD60A"/>
    <w:lvl w:ilvl="0" w:tplc="3E2692BE">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6DD7731"/>
    <w:multiLevelType w:val="hybridMultilevel"/>
    <w:tmpl w:val="D64246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7142C05"/>
    <w:multiLevelType w:val="hybridMultilevel"/>
    <w:tmpl w:val="F1FAC3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96F5ED3"/>
    <w:multiLevelType w:val="hybridMultilevel"/>
    <w:tmpl w:val="4880EDD2"/>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7A7D5018"/>
    <w:multiLevelType w:val="hybridMultilevel"/>
    <w:tmpl w:val="BFAA581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108433733">
    <w:abstractNumId w:val="8"/>
  </w:num>
  <w:num w:numId="2" w16cid:durableId="913514897">
    <w:abstractNumId w:val="6"/>
  </w:num>
  <w:num w:numId="3" w16cid:durableId="224921957">
    <w:abstractNumId w:val="5"/>
  </w:num>
  <w:num w:numId="4" w16cid:durableId="1555922001">
    <w:abstractNumId w:val="4"/>
  </w:num>
  <w:num w:numId="5" w16cid:durableId="416906086">
    <w:abstractNumId w:val="7"/>
  </w:num>
  <w:num w:numId="6" w16cid:durableId="482311663">
    <w:abstractNumId w:val="3"/>
  </w:num>
  <w:num w:numId="7" w16cid:durableId="982733889">
    <w:abstractNumId w:val="2"/>
  </w:num>
  <w:num w:numId="8" w16cid:durableId="1301571624">
    <w:abstractNumId w:val="1"/>
  </w:num>
  <w:num w:numId="9" w16cid:durableId="167335637">
    <w:abstractNumId w:val="0"/>
  </w:num>
  <w:num w:numId="10" w16cid:durableId="1838421708">
    <w:abstractNumId w:val="18"/>
  </w:num>
  <w:num w:numId="11" w16cid:durableId="716121429">
    <w:abstractNumId w:val="23"/>
  </w:num>
  <w:num w:numId="12" w16cid:durableId="162167607">
    <w:abstractNumId w:val="15"/>
  </w:num>
  <w:num w:numId="13" w16cid:durableId="583340064">
    <w:abstractNumId w:val="13"/>
  </w:num>
  <w:num w:numId="14" w16cid:durableId="364602903">
    <w:abstractNumId w:val="19"/>
  </w:num>
  <w:num w:numId="15" w16cid:durableId="1986153892">
    <w:abstractNumId w:val="20"/>
  </w:num>
  <w:num w:numId="16" w16cid:durableId="332877048">
    <w:abstractNumId w:val="10"/>
  </w:num>
  <w:num w:numId="17" w16cid:durableId="1000932869">
    <w:abstractNumId w:val="11"/>
  </w:num>
  <w:num w:numId="18" w16cid:durableId="1172378102">
    <w:abstractNumId w:val="12"/>
  </w:num>
  <w:num w:numId="19" w16cid:durableId="505366533">
    <w:abstractNumId w:val="21"/>
  </w:num>
  <w:num w:numId="20" w16cid:durableId="1363481343">
    <w:abstractNumId w:val="25"/>
  </w:num>
  <w:num w:numId="21" w16cid:durableId="1879854013">
    <w:abstractNumId w:val="16"/>
  </w:num>
  <w:num w:numId="22" w16cid:durableId="144585830">
    <w:abstractNumId w:val="22"/>
  </w:num>
  <w:num w:numId="23" w16cid:durableId="1963070409">
    <w:abstractNumId w:val="9"/>
  </w:num>
  <w:num w:numId="24" w16cid:durableId="2129472615">
    <w:abstractNumId w:val="24"/>
  </w:num>
  <w:num w:numId="25" w16cid:durableId="1614894630">
    <w:abstractNumId w:val="14"/>
  </w:num>
  <w:num w:numId="26" w16cid:durableId="189118288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61F9A"/>
    <w:rsid w:val="0029639D"/>
    <w:rsid w:val="00326F90"/>
    <w:rsid w:val="00376A64"/>
    <w:rsid w:val="00401156"/>
    <w:rsid w:val="00403046"/>
    <w:rsid w:val="00413406"/>
    <w:rsid w:val="004563CD"/>
    <w:rsid w:val="005078B6"/>
    <w:rsid w:val="006B4989"/>
    <w:rsid w:val="00A4039C"/>
    <w:rsid w:val="00AA1D8D"/>
    <w:rsid w:val="00B47730"/>
    <w:rsid w:val="00B70766"/>
    <w:rsid w:val="00CB0664"/>
    <w:rsid w:val="00E4210E"/>
    <w:rsid w:val="00E6323F"/>
    <w:rsid w:val="00F273B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3A53FA3"/>
  <w14:defaultImageDpi w14:val="300"/>
  <w15:docId w15:val="{ED7CC071-4CCF-488C-8370-528AD09DF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1</TotalTime>
  <Pages>3</Pages>
  <Words>518</Words>
  <Characters>2955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3467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Dave Garbutt</cp:lastModifiedBy>
  <cp:revision>2</cp:revision>
  <dcterms:created xsi:type="dcterms:W3CDTF">2025-09-02T09:01:00Z</dcterms:created>
  <dcterms:modified xsi:type="dcterms:W3CDTF">2025-09-02T09:01:00Z</dcterms:modified>
  <cp:category/>
</cp:coreProperties>
</file>